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C1EB1" w14:textId="77777777" w:rsidR="00370828" w:rsidRDefault="00000000">
      <w:pPr>
        <w:pStyle w:val="TitleJP"/>
        <w:spacing w:after="40" w:line="288" w:lineRule="auto"/>
        <w:jc w:val="center"/>
      </w:pPr>
      <w:r>
        <w:t>hokumo 法人契約 委任状</w:t>
      </w:r>
    </w:p>
    <w:p w14:paraId="0F426E14" w14:textId="68DF84E9" w:rsidR="00370828" w:rsidRDefault="00370828">
      <w:pPr>
        <w:spacing w:after="160" w:line="288" w:lineRule="auto"/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370828" w14:paraId="601CAADC" w14:textId="77777777">
        <w:trPr>
          <w:jc w:val="center"/>
        </w:trPr>
        <w:tc>
          <w:tcPr>
            <w:tcW w:w="963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7F7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85BFD3" w14:textId="77777777" w:rsidR="00370828" w:rsidRDefault="00000000">
            <w:pPr>
              <w:pStyle w:val="NoteSmall"/>
              <w:spacing w:after="0" w:line="288" w:lineRule="auto"/>
              <w:rPr>
                <w:lang w:eastAsia="ja-JP"/>
              </w:rPr>
            </w:pPr>
            <w:r>
              <w:rPr>
                <w:lang w:eastAsia="ja-JP"/>
              </w:rPr>
              <w:t>本委任状は、</w:t>
            </w:r>
            <w:proofErr w:type="spellStart"/>
            <w:r>
              <w:rPr>
                <w:lang w:eastAsia="ja-JP"/>
              </w:rPr>
              <w:t>hokumo</w:t>
            </w:r>
            <w:proofErr w:type="spellEnd"/>
            <w:r>
              <w:rPr>
                <w:lang w:eastAsia="ja-JP"/>
              </w:rPr>
              <w:t>に関する法人契約手続を代理人へ委任するための書面です。 代表者本人が直接申込みを行う場合は提出不要です。 代理申込みの場合は、本委任状に加え、受任者の本人確認書類および在籍確認書類をご提出ください。</w:t>
            </w:r>
          </w:p>
        </w:tc>
      </w:tr>
    </w:tbl>
    <w:p w14:paraId="46D3B661" w14:textId="77777777" w:rsidR="00370828" w:rsidRDefault="00370828">
      <w:pPr>
        <w:rPr>
          <w:lang w:eastAsia="ja-JP"/>
        </w:rPr>
      </w:pPr>
    </w:p>
    <w:p w14:paraId="43088CC4" w14:textId="77777777" w:rsidR="00370828" w:rsidRDefault="00000000">
      <w:pPr>
        <w:pStyle w:val="HeadingBand"/>
        <w:shd w:val="clear" w:color="auto" w:fill="EAF1FB"/>
        <w:spacing w:before="120" w:after="60"/>
      </w:pPr>
      <w:r>
        <w:rPr>
          <w:lang w:eastAsia="ja-JP"/>
        </w:rPr>
        <w:t xml:space="preserve"> </w:t>
      </w:r>
      <w:r>
        <w:t xml:space="preserve">1. </w:t>
      </w:r>
      <w:proofErr w:type="spellStart"/>
      <w:r>
        <w:t>委任者（法人</w:t>
      </w:r>
      <w:proofErr w:type="spellEnd"/>
      <w:r>
        <w:t xml:space="preserve">）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1"/>
        <w:gridCol w:w="7597"/>
      </w:tblGrid>
      <w:tr w:rsidR="00370828" w14:paraId="202C40A0" w14:textId="77777777">
        <w:trPr>
          <w:jc w:val="center"/>
        </w:trPr>
        <w:tc>
          <w:tcPr>
            <w:tcW w:w="2041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shd w:val="clear" w:color="auto" w:fill="F2F2F2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3A0D19C3" w14:textId="77777777" w:rsidR="00370828" w:rsidRDefault="00000000">
            <w:pPr>
              <w:spacing w:after="0" w:line="264" w:lineRule="auto"/>
            </w:pPr>
            <w:r>
              <w:t>法人名</w:t>
            </w:r>
          </w:p>
        </w:tc>
        <w:tc>
          <w:tcPr>
            <w:tcW w:w="7597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23A23086" w14:textId="07F90F12" w:rsidR="00370828" w:rsidRDefault="00370828">
            <w:pPr>
              <w:spacing w:after="0" w:line="264" w:lineRule="auto"/>
            </w:pPr>
          </w:p>
        </w:tc>
      </w:tr>
      <w:tr w:rsidR="00370828" w14:paraId="2090FB4C" w14:textId="77777777">
        <w:trPr>
          <w:jc w:val="center"/>
        </w:trPr>
        <w:tc>
          <w:tcPr>
            <w:tcW w:w="2041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shd w:val="clear" w:color="auto" w:fill="F2F2F2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5CB7F996" w14:textId="77777777" w:rsidR="00370828" w:rsidRDefault="00000000">
            <w:pPr>
              <w:spacing w:after="0" w:line="264" w:lineRule="auto"/>
            </w:pPr>
            <w:r>
              <w:t>本店所在地</w:t>
            </w:r>
          </w:p>
        </w:tc>
        <w:tc>
          <w:tcPr>
            <w:tcW w:w="7597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18EEE9ED" w14:textId="78C3E347" w:rsidR="00370828" w:rsidRDefault="00370828">
            <w:pPr>
              <w:spacing w:after="0" w:line="264" w:lineRule="auto"/>
            </w:pPr>
          </w:p>
        </w:tc>
      </w:tr>
      <w:tr w:rsidR="00370828" w14:paraId="1EB5D5AF" w14:textId="77777777">
        <w:trPr>
          <w:jc w:val="center"/>
        </w:trPr>
        <w:tc>
          <w:tcPr>
            <w:tcW w:w="2041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shd w:val="clear" w:color="auto" w:fill="F2F2F2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7505500C" w14:textId="77777777" w:rsidR="00370828" w:rsidRDefault="00000000">
            <w:pPr>
              <w:spacing w:after="0" w:line="264" w:lineRule="auto"/>
            </w:pPr>
            <w:r>
              <w:t>代表者役職</w:t>
            </w:r>
          </w:p>
        </w:tc>
        <w:tc>
          <w:tcPr>
            <w:tcW w:w="7597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67DCDA76" w14:textId="0DF30E69" w:rsidR="00370828" w:rsidRDefault="00370828">
            <w:pPr>
              <w:spacing w:after="0" w:line="264" w:lineRule="auto"/>
            </w:pPr>
          </w:p>
        </w:tc>
      </w:tr>
      <w:tr w:rsidR="00370828" w14:paraId="6C171221" w14:textId="77777777">
        <w:trPr>
          <w:jc w:val="center"/>
        </w:trPr>
        <w:tc>
          <w:tcPr>
            <w:tcW w:w="2041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shd w:val="clear" w:color="auto" w:fill="F2F2F2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40D354DE" w14:textId="77777777" w:rsidR="00370828" w:rsidRDefault="00000000">
            <w:pPr>
              <w:spacing w:after="0" w:line="264" w:lineRule="auto"/>
            </w:pPr>
            <w:r>
              <w:t>代表者氏名</w:t>
            </w:r>
          </w:p>
        </w:tc>
        <w:tc>
          <w:tcPr>
            <w:tcW w:w="7597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066BAEA1" w14:textId="407C901C" w:rsidR="00370828" w:rsidRDefault="00370828">
            <w:pPr>
              <w:spacing w:after="0" w:line="264" w:lineRule="auto"/>
            </w:pPr>
          </w:p>
        </w:tc>
      </w:tr>
      <w:tr w:rsidR="00370828" w14:paraId="247F6B66" w14:textId="77777777">
        <w:trPr>
          <w:jc w:val="center"/>
        </w:trPr>
        <w:tc>
          <w:tcPr>
            <w:tcW w:w="2041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shd w:val="clear" w:color="auto" w:fill="F2F2F2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4C1F6C4E" w14:textId="77777777" w:rsidR="00370828" w:rsidRDefault="00000000">
            <w:pPr>
              <w:spacing w:after="0" w:line="264" w:lineRule="auto"/>
            </w:pPr>
            <w:r>
              <w:t>電話番号</w:t>
            </w:r>
          </w:p>
        </w:tc>
        <w:tc>
          <w:tcPr>
            <w:tcW w:w="7597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6C8AD0F6" w14:textId="05B16455" w:rsidR="00370828" w:rsidRDefault="00370828">
            <w:pPr>
              <w:spacing w:after="0" w:line="264" w:lineRule="auto"/>
            </w:pPr>
          </w:p>
        </w:tc>
      </w:tr>
    </w:tbl>
    <w:p w14:paraId="4747EF76" w14:textId="77777777" w:rsidR="00370828" w:rsidRDefault="00370828">
      <w:pPr>
        <w:spacing w:after="40"/>
      </w:pPr>
    </w:p>
    <w:p w14:paraId="2DBA5FAE" w14:textId="77777777" w:rsidR="00370828" w:rsidRDefault="00000000">
      <w:pPr>
        <w:pStyle w:val="HeadingBand"/>
        <w:shd w:val="clear" w:color="auto" w:fill="EAF1FB"/>
        <w:spacing w:before="120" w:after="60"/>
      </w:pPr>
      <w:r>
        <w:t xml:space="preserve"> 2. 受任者（代理人）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1"/>
        <w:gridCol w:w="7597"/>
      </w:tblGrid>
      <w:tr w:rsidR="00370828" w14:paraId="137208E3" w14:textId="77777777">
        <w:trPr>
          <w:jc w:val="center"/>
        </w:trPr>
        <w:tc>
          <w:tcPr>
            <w:tcW w:w="2041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shd w:val="clear" w:color="auto" w:fill="F2F2F2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61F55992" w14:textId="77777777" w:rsidR="00370828" w:rsidRDefault="00000000">
            <w:pPr>
              <w:spacing w:after="0" w:line="264" w:lineRule="auto"/>
            </w:pPr>
            <w:r>
              <w:t>氏名</w:t>
            </w:r>
          </w:p>
        </w:tc>
        <w:tc>
          <w:tcPr>
            <w:tcW w:w="7597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1C7A1B32" w14:textId="0162C269" w:rsidR="00370828" w:rsidRDefault="00370828">
            <w:pPr>
              <w:spacing w:after="0" w:line="264" w:lineRule="auto"/>
            </w:pPr>
          </w:p>
        </w:tc>
      </w:tr>
      <w:tr w:rsidR="00370828" w14:paraId="69DDD51B" w14:textId="77777777">
        <w:trPr>
          <w:jc w:val="center"/>
        </w:trPr>
        <w:tc>
          <w:tcPr>
            <w:tcW w:w="2041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shd w:val="clear" w:color="auto" w:fill="F2F2F2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18CB9707" w14:textId="77777777" w:rsidR="00370828" w:rsidRDefault="00000000">
            <w:pPr>
              <w:spacing w:after="0" w:line="264" w:lineRule="auto"/>
            </w:pPr>
            <w:r>
              <w:t>所属部署</w:t>
            </w:r>
          </w:p>
        </w:tc>
        <w:tc>
          <w:tcPr>
            <w:tcW w:w="7597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556DA19D" w14:textId="44C8EC18" w:rsidR="00370828" w:rsidRDefault="00370828">
            <w:pPr>
              <w:spacing w:after="0" w:line="264" w:lineRule="auto"/>
            </w:pPr>
          </w:p>
        </w:tc>
      </w:tr>
      <w:tr w:rsidR="00370828" w14:paraId="1A98E941" w14:textId="77777777">
        <w:trPr>
          <w:jc w:val="center"/>
        </w:trPr>
        <w:tc>
          <w:tcPr>
            <w:tcW w:w="2041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shd w:val="clear" w:color="auto" w:fill="F2F2F2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7E455B2D" w14:textId="77777777" w:rsidR="00370828" w:rsidRDefault="00000000">
            <w:pPr>
              <w:spacing w:after="0" w:line="264" w:lineRule="auto"/>
            </w:pPr>
            <w:r>
              <w:t>役職</w:t>
            </w:r>
          </w:p>
        </w:tc>
        <w:tc>
          <w:tcPr>
            <w:tcW w:w="7597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45C7BC8B" w14:textId="6B16262A" w:rsidR="00370828" w:rsidRDefault="00370828">
            <w:pPr>
              <w:spacing w:after="0" w:line="264" w:lineRule="auto"/>
            </w:pPr>
          </w:p>
        </w:tc>
      </w:tr>
      <w:tr w:rsidR="00370828" w14:paraId="4BA7E120" w14:textId="77777777">
        <w:trPr>
          <w:jc w:val="center"/>
        </w:trPr>
        <w:tc>
          <w:tcPr>
            <w:tcW w:w="2041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shd w:val="clear" w:color="auto" w:fill="F2F2F2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77392466" w14:textId="77777777" w:rsidR="00370828" w:rsidRDefault="00000000">
            <w:pPr>
              <w:spacing w:after="0" w:line="264" w:lineRule="auto"/>
            </w:pPr>
            <w:r>
              <w:t>住所</w:t>
            </w:r>
          </w:p>
        </w:tc>
        <w:tc>
          <w:tcPr>
            <w:tcW w:w="7597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66364953" w14:textId="4BC30F92" w:rsidR="00370828" w:rsidRDefault="00370828">
            <w:pPr>
              <w:spacing w:after="0" w:line="264" w:lineRule="auto"/>
            </w:pPr>
          </w:p>
        </w:tc>
      </w:tr>
      <w:tr w:rsidR="00370828" w14:paraId="0BA887A3" w14:textId="77777777">
        <w:trPr>
          <w:jc w:val="center"/>
        </w:trPr>
        <w:tc>
          <w:tcPr>
            <w:tcW w:w="2041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shd w:val="clear" w:color="auto" w:fill="F2F2F2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027458A7" w14:textId="77777777" w:rsidR="00370828" w:rsidRDefault="00000000">
            <w:pPr>
              <w:spacing w:after="0" w:line="264" w:lineRule="auto"/>
            </w:pPr>
            <w:r>
              <w:t>電話番号</w:t>
            </w:r>
          </w:p>
        </w:tc>
        <w:tc>
          <w:tcPr>
            <w:tcW w:w="7597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4479B1D8" w14:textId="153926B0" w:rsidR="00370828" w:rsidRDefault="00370828">
            <w:pPr>
              <w:spacing w:after="0" w:line="264" w:lineRule="auto"/>
            </w:pPr>
          </w:p>
        </w:tc>
      </w:tr>
      <w:tr w:rsidR="00370828" w14:paraId="716940DC" w14:textId="77777777">
        <w:trPr>
          <w:jc w:val="center"/>
        </w:trPr>
        <w:tc>
          <w:tcPr>
            <w:tcW w:w="2041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shd w:val="clear" w:color="auto" w:fill="F2F2F2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5B682C5D" w14:textId="77777777" w:rsidR="00370828" w:rsidRDefault="00000000">
            <w:pPr>
              <w:spacing w:after="0" w:line="264" w:lineRule="auto"/>
            </w:pPr>
            <w:r>
              <w:t>メールアドレス</w:t>
            </w:r>
          </w:p>
        </w:tc>
        <w:tc>
          <w:tcPr>
            <w:tcW w:w="7597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467AD5CF" w14:textId="4C8DEED3" w:rsidR="00370828" w:rsidRDefault="00370828">
            <w:pPr>
              <w:spacing w:after="0" w:line="264" w:lineRule="auto"/>
            </w:pPr>
          </w:p>
        </w:tc>
      </w:tr>
    </w:tbl>
    <w:p w14:paraId="6DEA2FE1" w14:textId="77777777" w:rsidR="00370828" w:rsidRDefault="00370828">
      <w:pPr>
        <w:spacing w:after="40"/>
      </w:pPr>
    </w:p>
    <w:p w14:paraId="4C3BC399" w14:textId="77777777" w:rsidR="00370828" w:rsidRDefault="00000000">
      <w:pPr>
        <w:pStyle w:val="HeadingBand"/>
        <w:shd w:val="clear" w:color="auto" w:fill="EAF1FB"/>
        <w:spacing w:before="120" w:after="60"/>
      </w:pPr>
      <w:r>
        <w:t xml:space="preserve"> 3. 委任する手続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370828" w14:paraId="45973054" w14:textId="77777777">
        <w:trPr>
          <w:jc w:val="center"/>
        </w:trPr>
        <w:tc>
          <w:tcPr>
            <w:tcW w:w="4819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BCB9DF9" w14:textId="77777777" w:rsidR="00370828" w:rsidRDefault="00000000">
            <w:pPr>
              <w:spacing w:after="0" w:line="252" w:lineRule="auto"/>
            </w:pPr>
            <w:r>
              <w:t>□ 新規契約申込み</w:t>
            </w:r>
          </w:p>
        </w:tc>
        <w:tc>
          <w:tcPr>
            <w:tcW w:w="4819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D7827AF" w14:textId="77777777" w:rsidR="00370828" w:rsidRDefault="00000000">
            <w:pPr>
              <w:spacing w:after="0" w:line="252" w:lineRule="auto"/>
            </w:pPr>
            <w:r>
              <w:t>□ 回線追加申込み</w:t>
            </w:r>
          </w:p>
        </w:tc>
      </w:tr>
      <w:tr w:rsidR="00370828" w14:paraId="58375D8D" w14:textId="77777777">
        <w:trPr>
          <w:jc w:val="center"/>
        </w:trPr>
        <w:tc>
          <w:tcPr>
            <w:tcW w:w="4819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425D27E" w14:textId="77777777" w:rsidR="00370828" w:rsidRDefault="00000000">
            <w:pPr>
              <w:spacing w:after="0" w:line="252" w:lineRule="auto"/>
            </w:pPr>
            <w:r>
              <w:t>□ MNP転入手続</w:t>
            </w:r>
          </w:p>
        </w:tc>
        <w:tc>
          <w:tcPr>
            <w:tcW w:w="4819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4A090CA8" w14:textId="77777777" w:rsidR="00370828" w:rsidRDefault="00000000">
            <w:pPr>
              <w:spacing w:after="0" w:line="252" w:lineRule="auto"/>
            </w:pPr>
            <w:r>
              <w:t>□ 契約情報変更</w:t>
            </w:r>
          </w:p>
        </w:tc>
      </w:tr>
      <w:tr w:rsidR="00370828" w14:paraId="5C23238F" w14:textId="77777777">
        <w:trPr>
          <w:jc w:val="center"/>
        </w:trPr>
        <w:tc>
          <w:tcPr>
            <w:tcW w:w="4819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F0CBFDD" w14:textId="77777777" w:rsidR="00370828" w:rsidRDefault="00000000">
            <w:pPr>
              <w:spacing w:after="0" w:line="252" w:lineRule="auto"/>
            </w:pPr>
            <w:r>
              <w:t>□ 請求先情報変更</w:t>
            </w:r>
          </w:p>
        </w:tc>
        <w:tc>
          <w:tcPr>
            <w:tcW w:w="4819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072972BB" w14:textId="77777777" w:rsidR="00370828" w:rsidRDefault="00000000">
            <w:pPr>
              <w:spacing w:after="0" w:line="252" w:lineRule="auto"/>
              <w:rPr>
                <w:lang w:eastAsia="ja-JP"/>
              </w:rPr>
            </w:pPr>
            <w:r>
              <w:rPr>
                <w:lang w:eastAsia="ja-JP"/>
              </w:rPr>
              <w:t>□ オプション申込み・変更</w:t>
            </w:r>
          </w:p>
        </w:tc>
      </w:tr>
      <w:tr w:rsidR="00370828" w14:paraId="38AA950F" w14:textId="77777777">
        <w:trPr>
          <w:jc w:val="center"/>
        </w:trPr>
        <w:tc>
          <w:tcPr>
            <w:tcW w:w="4819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4B18048F" w14:textId="77777777" w:rsidR="00370828" w:rsidRDefault="00000000">
            <w:pPr>
              <w:spacing w:after="0" w:line="252" w:lineRule="auto"/>
            </w:pPr>
            <w:r>
              <w:t xml:space="preserve">□ </w:t>
            </w:r>
            <w:proofErr w:type="spellStart"/>
            <w:r>
              <w:t>SIM再発行</w:t>
            </w:r>
            <w:proofErr w:type="spellEnd"/>
          </w:p>
        </w:tc>
        <w:tc>
          <w:tcPr>
            <w:tcW w:w="4819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373B318" w14:textId="77777777" w:rsidR="00370828" w:rsidRDefault="00000000">
            <w:pPr>
              <w:spacing w:after="0" w:line="252" w:lineRule="auto"/>
              <w:rPr>
                <w:lang w:eastAsia="ja-JP"/>
              </w:rPr>
            </w:pPr>
            <w:r>
              <w:rPr>
                <w:lang w:eastAsia="ja-JP"/>
              </w:rPr>
              <w:t>□ 解約手続　　□ その他（　　　　　　　　　）</w:t>
            </w:r>
          </w:p>
        </w:tc>
      </w:tr>
    </w:tbl>
    <w:p w14:paraId="0325252A" w14:textId="77777777" w:rsidR="00370828" w:rsidRDefault="00370828">
      <w:pPr>
        <w:spacing w:after="40"/>
        <w:rPr>
          <w:lang w:eastAsia="ja-JP"/>
        </w:rPr>
      </w:pPr>
    </w:p>
    <w:p w14:paraId="430F5F06" w14:textId="77777777" w:rsidR="00370828" w:rsidRDefault="00000000">
      <w:pPr>
        <w:rPr>
          <w:lang w:eastAsia="ja-JP"/>
        </w:rPr>
      </w:pPr>
      <w:r>
        <w:rPr>
          <w:lang w:eastAsia="ja-JP"/>
        </w:rPr>
        <w:br w:type="page"/>
      </w:r>
    </w:p>
    <w:p w14:paraId="3FBD4DD0" w14:textId="77777777" w:rsidR="00370828" w:rsidRDefault="00000000">
      <w:pPr>
        <w:pStyle w:val="HeadingBand"/>
        <w:shd w:val="clear" w:color="auto" w:fill="EAF1FB"/>
        <w:spacing w:before="120" w:after="60"/>
      </w:pPr>
      <w:r>
        <w:rPr>
          <w:lang w:eastAsia="ja-JP"/>
        </w:rPr>
        <w:lastRenderedPageBreak/>
        <w:t xml:space="preserve"> </w:t>
      </w:r>
      <w:r>
        <w:t xml:space="preserve">4. </w:t>
      </w:r>
      <w:proofErr w:type="spellStart"/>
      <w:r>
        <w:t>対象回線等</w:t>
      </w:r>
      <w:proofErr w:type="spellEnd"/>
      <w: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7257"/>
      </w:tblGrid>
      <w:tr w:rsidR="00370828" w14:paraId="03B88C55" w14:textId="77777777">
        <w:trPr>
          <w:jc w:val="center"/>
        </w:trPr>
        <w:tc>
          <w:tcPr>
            <w:tcW w:w="2381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shd w:val="clear" w:color="auto" w:fill="F2F2F2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5C5EECDE" w14:textId="77777777" w:rsidR="00370828" w:rsidRDefault="00000000">
            <w:pPr>
              <w:spacing w:after="0" w:line="264" w:lineRule="auto"/>
              <w:rPr>
                <w:lang w:eastAsia="ja-JP"/>
              </w:rPr>
            </w:pPr>
            <w:r>
              <w:rPr>
                <w:lang w:eastAsia="ja-JP"/>
              </w:rPr>
              <w:t>対象電話番号または管理番号</w:t>
            </w:r>
          </w:p>
        </w:tc>
        <w:tc>
          <w:tcPr>
            <w:tcW w:w="7257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40B1E55A" w14:textId="7C0FFA07" w:rsidR="00370828" w:rsidRDefault="00000000">
            <w:pPr>
              <w:spacing w:after="0" w:line="264" w:lineRule="auto"/>
              <w:rPr>
                <w:lang w:eastAsia="ja-JP"/>
              </w:rPr>
            </w:pPr>
            <w:r>
              <w:rPr>
                <w:u w:val="single"/>
                <w:lang w:eastAsia="ja-JP"/>
              </w:rPr>
              <w:t xml:space="preserve">　</w:t>
            </w:r>
          </w:p>
        </w:tc>
      </w:tr>
      <w:tr w:rsidR="00370828" w14:paraId="07A9F642" w14:textId="77777777">
        <w:trPr>
          <w:jc w:val="center"/>
        </w:trPr>
        <w:tc>
          <w:tcPr>
            <w:tcW w:w="2381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shd w:val="clear" w:color="auto" w:fill="F2F2F2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59EC5C2A" w14:textId="77777777" w:rsidR="00370828" w:rsidRDefault="00000000">
            <w:pPr>
              <w:spacing w:after="0" w:line="264" w:lineRule="auto"/>
            </w:pPr>
            <w:proofErr w:type="spellStart"/>
            <w:r>
              <w:t>対象回線数</w:t>
            </w:r>
            <w:proofErr w:type="spellEnd"/>
          </w:p>
        </w:tc>
        <w:tc>
          <w:tcPr>
            <w:tcW w:w="7257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5B989571" w14:textId="0BF7D588" w:rsidR="00370828" w:rsidRDefault="00000000">
            <w:pPr>
              <w:spacing w:after="0" w:line="264" w:lineRule="auto"/>
            </w:pPr>
            <w:r>
              <w:rPr>
                <w:u w:val="single"/>
              </w:rPr>
              <w:t xml:space="preserve">　</w:t>
            </w:r>
          </w:p>
        </w:tc>
      </w:tr>
      <w:tr w:rsidR="00370828" w14:paraId="52549E82" w14:textId="77777777">
        <w:trPr>
          <w:jc w:val="center"/>
        </w:trPr>
        <w:tc>
          <w:tcPr>
            <w:tcW w:w="2381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shd w:val="clear" w:color="auto" w:fill="F2F2F2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1E58EC2A" w14:textId="77777777" w:rsidR="00370828" w:rsidRDefault="00000000">
            <w:pPr>
              <w:spacing w:after="0" w:line="264" w:lineRule="auto"/>
            </w:pPr>
            <w:r>
              <w:t>備考</w:t>
            </w:r>
          </w:p>
        </w:tc>
        <w:tc>
          <w:tcPr>
            <w:tcW w:w="7257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5468C4D9" w14:textId="3DC786F7" w:rsidR="00370828" w:rsidRDefault="00000000">
            <w:pPr>
              <w:spacing w:after="0" w:line="264" w:lineRule="auto"/>
            </w:pPr>
            <w:r>
              <w:rPr>
                <w:u w:val="single"/>
              </w:rPr>
              <w:t xml:space="preserve">　</w:t>
            </w:r>
          </w:p>
        </w:tc>
      </w:tr>
    </w:tbl>
    <w:p w14:paraId="1351CDBA" w14:textId="77777777" w:rsidR="00370828" w:rsidRDefault="00370828">
      <w:pPr>
        <w:spacing w:after="40"/>
      </w:pPr>
    </w:p>
    <w:p w14:paraId="444E0CA5" w14:textId="77777777" w:rsidR="00370828" w:rsidRDefault="00000000">
      <w:pPr>
        <w:pStyle w:val="HeadingBand"/>
        <w:shd w:val="clear" w:color="auto" w:fill="EAF1FB"/>
        <w:spacing w:before="120" w:after="60"/>
      </w:pPr>
      <w:r>
        <w:t xml:space="preserve"> 5. 有効期限 </w:t>
      </w:r>
    </w:p>
    <w:p w14:paraId="0147F900" w14:textId="77777777" w:rsidR="00370828" w:rsidRDefault="00000000">
      <w:pPr>
        <w:spacing w:after="100" w:line="288" w:lineRule="auto"/>
        <w:rPr>
          <w:lang w:eastAsia="ja-JP"/>
        </w:rPr>
      </w:pPr>
      <w:r>
        <w:rPr>
          <w:lang w:eastAsia="ja-JP"/>
        </w:rPr>
        <w:t>本委任状の有効期限は、作成日より3か月以内とします。</w:t>
      </w:r>
    </w:p>
    <w:p w14:paraId="41282D6C" w14:textId="77777777" w:rsidR="00370828" w:rsidRDefault="00000000">
      <w:pPr>
        <w:pStyle w:val="HeadingBand"/>
        <w:shd w:val="clear" w:color="auto" w:fill="EAF1FB"/>
        <w:spacing w:before="120" w:after="60"/>
        <w:rPr>
          <w:lang w:eastAsia="ja-JP"/>
        </w:rPr>
      </w:pPr>
      <w:r>
        <w:rPr>
          <w:lang w:eastAsia="ja-JP"/>
        </w:rPr>
        <w:t xml:space="preserve"> 6. 同意事項 </w:t>
      </w:r>
    </w:p>
    <w:p w14:paraId="3D635975" w14:textId="77777777" w:rsidR="00370828" w:rsidRDefault="00000000">
      <w:pPr>
        <w:spacing w:after="120" w:line="300" w:lineRule="auto"/>
        <w:rPr>
          <w:lang w:eastAsia="ja-JP"/>
        </w:rPr>
      </w:pPr>
      <w:r>
        <w:rPr>
          <w:lang w:eastAsia="ja-JP"/>
        </w:rPr>
        <w:t>委任者は、上記手続の実施に必要な範囲で、当社情報および契約情報が代理人に開示されることに同意します。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49"/>
        <w:gridCol w:w="4989"/>
      </w:tblGrid>
      <w:tr w:rsidR="00370828" w14:paraId="54333FEC" w14:textId="77777777">
        <w:trPr>
          <w:jc w:val="center"/>
        </w:trPr>
        <w:tc>
          <w:tcPr>
            <w:tcW w:w="4649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shd w:val="clear" w:color="auto" w:fill="F2F2F2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276BBEEA" w14:textId="77777777" w:rsidR="00370828" w:rsidRDefault="00000000">
            <w:pPr>
              <w:spacing w:after="0" w:line="264" w:lineRule="auto"/>
            </w:pPr>
            <w:proofErr w:type="spellStart"/>
            <w:r>
              <w:t>作成日</w:t>
            </w:r>
            <w:proofErr w:type="spellEnd"/>
          </w:p>
        </w:tc>
        <w:tc>
          <w:tcPr>
            <w:tcW w:w="4989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6B87CF94" w14:textId="22373594" w:rsidR="00370828" w:rsidRDefault="00000000" w:rsidP="00CD0849">
            <w:pPr>
              <w:spacing w:after="0" w:line="264" w:lineRule="auto"/>
              <w:ind w:firstLineChars="450" w:firstLine="945"/>
            </w:pPr>
            <w:r>
              <w:t>年</w:t>
            </w:r>
            <w:r w:rsidR="00CD0849">
              <w:t xml:space="preserve">          </w:t>
            </w:r>
            <w:r>
              <w:t>月</w:t>
            </w:r>
            <w:r w:rsidR="00CD0849">
              <w:t xml:space="preserve">           </w:t>
            </w:r>
            <w:r>
              <w:t>日</w:t>
            </w:r>
          </w:p>
        </w:tc>
      </w:tr>
      <w:tr w:rsidR="00370828" w14:paraId="7CE1B705" w14:textId="77777777">
        <w:trPr>
          <w:jc w:val="center"/>
        </w:trPr>
        <w:tc>
          <w:tcPr>
            <w:tcW w:w="4649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shd w:val="clear" w:color="auto" w:fill="F2F2F2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4D2834CC" w14:textId="77777777" w:rsidR="00370828" w:rsidRDefault="00000000">
            <w:pPr>
              <w:spacing w:after="0" w:line="264" w:lineRule="auto"/>
            </w:pPr>
            <w:r>
              <w:t>法人名</w:t>
            </w:r>
          </w:p>
        </w:tc>
        <w:tc>
          <w:tcPr>
            <w:tcW w:w="4989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1A7E5DD0" w14:textId="2DCC4464" w:rsidR="00370828" w:rsidRDefault="00370828">
            <w:pPr>
              <w:spacing w:after="0" w:line="264" w:lineRule="auto"/>
            </w:pPr>
          </w:p>
        </w:tc>
      </w:tr>
      <w:tr w:rsidR="00370828" w14:paraId="1DB9FC6D" w14:textId="77777777">
        <w:trPr>
          <w:jc w:val="center"/>
        </w:trPr>
        <w:tc>
          <w:tcPr>
            <w:tcW w:w="4649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shd w:val="clear" w:color="auto" w:fill="F2F2F2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7A373F70" w14:textId="77777777" w:rsidR="00370828" w:rsidRDefault="00000000">
            <w:pPr>
              <w:spacing w:after="0" w:line="264" w:lineRule="auto"/>
            </w:pPr>
            <w:r>
              <w:t>代表者役職・氏名</w:t>
            </w:r>
          </w:p>
        </w:tc>
        <w:tc>
          <w:tcPr>
            <w:tcW w:w="4989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348998DC" w14:textId="46C43813" w:rsidR="00370828" w:rsidRDefault="00370828">
            <w:pPr>
              <w:spacing w:after="0" w:line="264" w:lineRule="auto"/>
            </w:pPr>
          </w:p>
        </w:tc>
      </w:tr>
      <w:tr w:rsidR="00370828" w14:paraId="27190052" w14:textId="77777777">
        <w:trPr>
          <w:jc w:val="center"/>
        </w:trPr>
        <w:tc>
          <w:tcPr>
            <w:tcW w:w="4649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shd w:val="clear" w:color="auto" w:fill="F2F2F2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0315A689" w14:textId="77777777" w:rsidR="00370828" w:rsidRDefault="00000000">
            <w:pPr>
              <w:spacing w:after="0" w:line="264" w:lineRule="auto"/>
            </w:pPr>
            <w:r>
              <w:t>社印</w:t>
            </w:r>
          </w:p>
        </w:tc>
        <w:tc>
          <w:tcPr>
            <w:tcW w:w="4989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70A28D70" w14:textId="04C9930A" w:rsidR="00370828" w:rsidRDefault="00370828">
            <w:pPr>
              <w:spacing w:after="0" w:line="264" w:lineRule="auto"/>
            </w:pPr>
          </w:p>
        </w:tc>
      </w:tr>
      <w:tr w:rsidR="00370828" w14:paraId="6CF86356" w14:textId="77777777">
        <w:trPr>
          <w:jc w:val="center"/>
        </w:trPr>
        <w:tc>
          <w:tcPr>
            <w:tcW w:w="4649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shd w:val="clear" w:color="auto" w:fill="F2F2F2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052E1326" w14:textId="77777777" w:rsidR="00370828" w:rsidRDefault="00000000">
            <w:pPr>
              <w:spacing w:after="0" w:line="264" w:lineRule="auto"/>
            </w:pPr>
            <w:r>
              <w:t>受任者署名</w:t>
            </w:r>
          </w:p>
        </w:tc>
        <w:tc>
          <w:tcPr>
            <w:tcW w:w="4989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53A1459C" w14:textId="48B6A018" w:rsidR="00370828" w:rsidRDefault="00370828">
            <w:pPr>
              <w:spacing w:after="0" w:line="264" w:lineRule="auto"/>
            </w:pPr>
          </w:p>
        </w:tc>
      </w:tr>
    </w:tbl>
    <w:p w14:paraId="1007C924" w14:textId="77777777" w:rsidR="00370828" w:rsidRDefault="00000000">
      <w:pPr>
        <w:pStyle w:val="NoteSmall"/>
        <w:spacing w:before="80" w:after="0"/>
        <w:rPr>
          <w:lang w:eastAsia="ja-JP"/>
        </w:rPr>
      </w:pPr>
      <w:r>
        <w:rPr>
          <w:lang w:eastAsia="ja-JP"/>
        </w:rPr>
        <w:t>【添付書類】受任者によるお申込みの場合は、受任者本人確認書類、社員証または名刺等の在籍確認書類をご提出ください。</w:t>
      </w:r>
    </w:p>
    <w:sectPr w:rsidR="00370828" w:rsidSect="00034616">
      <w:footerReference w:type="default" r:id="rId8"/>
      <w:pgSz w:w="11906" w:h="16838"/>
      <w:pgMar w:top="1020" w:right="1134" w:bottom="907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0D63C" w14:textId="77777777" w:rsidR="00366180" w:rsidRDefault="00366180">
      <w:pPr>
        <w:spacing w:after="0" w:line="240" w:lineRule="auto"/>
      </w:pPr>
      <w:r>
        <w:separator/>
      </w:r>
    </w:p>
  </w:endnote>
  <w:endnote w:type="continuationSeparator" w:id="0">
    <w:p w14:paraId="07ABEBCA" w14:textId="77777777" w:rsidR="00366180" w:rsidRDefault="00366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58955" w14:textId="77777777" w:rsidR="00370828" w:rsidRDefault="00000000">
    <w:pPr>
      <w:pStyle w:val="a7"/>
      <w:jc w:val="right"/>
    </w:pPr>
    <w:proofErr w:type="spellStart"/>
    <w:r>
      <w:rPr>
        <w:color w:val="787878"/>
        <w:sz w:val="16"/>
      </w:rPr>
      <w:t>hokumo</w:t>
    </w:r>
    <w:proofErr w:type="spellEnd"/>
    <w:r>
      <w:rPr>
        <w:color w:val="787878"/>
        <w:sz w:val="16"/>
      </w:rPr>
      <w:t xml:space="preserve"> </w:t>
    </w:r>
    <w:proofErr w:type="spellStart"/>
    <w:r>
      <w:rPr>
        <w:color w:val="787878"/>
        <w:sz w:val="16"/>
      </w:rPr>
      <w:t>法人契約用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26478" w14:textId="77777777" w:rsidR="00366180" w:rsidRDefault="00366180">
      <w:pPr>
        <w:spacing w:after="0" w:line="240" w:lineRule="auto"/>
      </w:pPr>
      <w:r>
        <w:separator/>
      </w:r>
    </w:p>
  </w:footnote>
  <w:footnote w:type="continuationSeparator" w:id="0">
    <w:p w14:paraId="5D774C94" w14:textId="77777777" w:rsidR="00366180" w:rsidRDefault="00366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86924501">
    <w:abstractNumId w:val="8"/>
  </w:num>
  <w:num w:numId="2" w16cid:durableId="1924684071">
    <w:abstractNumId w:val="6"/>
  </w:num>
  <w:num w:numId="3" w16cid:durableId="633173598">
    <w:abstractNumId w:val="5"/>
  </w:num>
  <w:num w:numId="4" w16cid:durableId="165286651">
    <w:abstractNumId w:val="4"/>
  </w:num>
  <w:num w:numId="5" w16cid:durableId="1750886367">
    <w:abstractNumId w:val="7"/>
  </w:num>
  <w:num w:numId="6" w16cid:durableId="540410116">
    <w:abstractNumId w:val="3"/>
  </w:num>
  <w:num w:numId="7" w16cid:durableId="670957801">
    <w:abstractNumId w:val="2"/>
  </w:num>
  <w:num w:numId="8" w16cid:durableId="1843273070">
    <w:abstractNumId w:val="1"/>
  </w:num>
  <w:num w:numId="9" w16cid:durableId="483737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6180"/>
    <w:rsid w:val="00370828"/>
    <w:rsid w:val="006829BD"/>
    <w:rsid w:val="00AA1D8D"/>
    <w:rsid w:val="00AD766A"/>
    <w:rsid w:val="00B47730"/>
    <w:rsid w:val="00CB0664"/>
    <w:rsid w:val="00CD08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7BC4216"/>
  <w14:defaultImageDpi w14:val="300"/>
  <w15:docId w15:val="{F7CC258E-E20A-E44D-9C43-F627CE5B3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Yu Gothic" w:eastAsia="Yu Gothic" w:hAnsi="Yu Gothic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JP">
    <w:name w:val="TitleJP"/>
    <w:rPr>
      <w:rFonts w:ascii="Yu Gothic" w:eastAsia="Yu Gothic" w:hAnsi="Yu Gothic"/>
      <w:b/>
      <w:color w:val="232323"/>
      <w:sz w:val="34"/>
    </w:rPr>
  </w:style>
  <w:style w:type="paragraph" w:customStyle="1" w:styleId="HeadingBand">
    <w:name w:val="HeadingBand"/>
    <w:rPr>
      <w:rFonts w:ascii="Yu Gothic" w:eastAsia="Yu Gothic" w:hAnsi="Yu Gothic"/>
      <w:b/>
      <w:color w:val="2A4365"/>
    </w:rPr>
  </w:style>
  <w:style w:type="paragraph" w:customStyle="1" w:styleId="NoteSmall">
    <w:name w:val="NoteSmall"/>
    <w:rPr>
      <w:rFonts w:ascii="Yu Gothic" w:eastAsia="Yu Gothic" w:hAnsi="Yu Gothic"/>
      <w:color w:val="5A5A5A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隆太 山口</cp:lastModifiedBy>
  <cp:revision>3</cp:revision>
  <dcterms:created xsi:type="dcterms:W3CDTF">2013-12-23T23:15:00Z</dcterms:created>
  <dcterms:modified xsi:type="dcterms:W3CDTF">2026-04-17T02:51:00Z</dcterms:modified>
  <cp:category/>
</cp:coreProperties>
</file>